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 w:line="240" w:lineRule="auto"/>
        <w:jc w:val="center"/>
      </w:pPr>
      <w:r>
        <w:t>CONTRACT DE SPONSORIZARE</w:t>
      </w:r>
    </w:p>
    <w:p>
      <w:pPr>
        <w:spacing w:after="40" w:line="240" w:lineRule="auto"/>
        <w:jc w:val="center"/>
      </w:pPr>
      <w:r>
        <w:rPr>
          <w:b/>
        </w:rPr>
        <w:t>Nr. __________ / Data ______________</w:t>
      </w:r>
    </w:p>
    <w:p>
      <w:pPr>
        <w:spacing w:after="40" w:line="240" w:lineRule="auto"/>
        <w:jc w:val="center"/>
      </w:pPr>
      <w:r>
        <w:t>încheiat în conformitate cu Legea nr. 32/1994 privind sponsorizarea, cu modificările și completările ulterioare</w:t>
      </w:r>
    </w:p>
    <w:p>
      <w:pPr>
        <w:pStyle w:val="Heading1"/>
        <w:spacing w:after="40" w:line="240" w:lineRule="auto"/>
      </w:pPr>
      <w:r>
        <w:t>1. Părțile contractante</w:t>
      </w:r>
    </w:p>
    <w:p>
      <w:pPr>
        <w:spacing w:after="40" w:line="240" w:lineRule="auto"/>
      </w:pPr>
      <w:r>
        <w:rPr>
          <w:b/>
        </w:rPr>
        <w:t>SPONSOR</w:t>
        <w:br/>
      </w:r>
      <w:r>
        <w:t>Denumire: ________________________________________________</w:t>
        <w:br/>
        <w:t>CUI/CIF: ______________________</w:t>
        <w:br/>
        <w:t>Nr. Registrul Comerțului: __________________________________</w:t>
        <w:br/>
        <w:t>Sediul: ____________________________________________________</w:t>
        <w:br/>
        <w:t>Reprezentată prin: __________________________________________</w:t>
        <w:br/>
        <w:t>denumită în continuare Sponsor,</w:t>
      </w:r>
    </w:p>
    <w:p>
      <w:pPr>
        <w:spacing w:after="40" w:line="240" w:lineRule="auto"/>
      </w:pPr>
      <w:r>
        <w:rPr>
          <w:b/>
        </w:rPr>
        <w:t>și</w:t>
        <w:br/>
        <w:br/>
        <w:t>BENEFICIAR</w:t>
        <w:br/>
      </w:r>
      <w:r>
        <w:rPr>
          <w:b/>
        </w:rPr>
        <w:t>ASOCIAȚIA SPORTIVĂ LUPII HOCHEIULUI PE GHEAȚĂ</w:t>
        <w:br/>
      </w:r>
      <w:r>
        <w:t>CUI: 54787663</w:t>
        <w:br/>
        <w:t>Sediul: Str. Hărmanului nr. 63, parter, birou 1, Brașov, județul Brașov</w:t>
        <w:br/>
        <w:t>Cont RON: RO27BTRLRONCRT0DF4150301</w:t>
        <w:br/>
        <w:t>Cont EUR: RO71BTRLEURCRT0DF4150301</w:t>
        <w:br/>
        <w:t>Banca: Banca Transilvania</w:t>
        <w:br/>
        <w:t>reprezentată legal prin Tatiana Diaconu,</w:t>
        <w:br/>
        <w:t>denumită în continuare Beneficiar.</w:t>
      </w:r>
    </w:p>
    <w:p>
      <w:pPr>
        <w:pStyle w:val="Heading1"/>
        <w:spacing w:after="40" w:line="240" w:lineRule="auto"/>
      </w:pPr>
      <w:r>
        <w:t>2. Obiectul și valoarea sponsorizării</w:t>
      </w:r>
    </w:p>
    <w:p>
      <w:pPr>
        <w:spacing w:after="40" w:line="240" w:lineRule="auto"/>
      </w:pPr>
      <w:r>
        <w:t>Sponsorul acordă Beneficiarului o sponsorizare destinată susținerii activităților sportive și a obiectivelor fără scop lucrativ ale asociației.</w:t>
      </w:r>
    </w:p>
    <w:p>
      <w:pPr>
        <w:spacing w:after="40" w:line="240" w:lineRule="auto"/>
      </w:pPr>
      <w:r>
        <w:t>Sponsorizarea constă în:</w:t>
        <w:br/>
        <w:br/>
      </w:r>
      <w:r>
        <w:t>☐ mijloace financiare, în valoare de: ________________________ lei / euro</w:t>
        <w:br/>
      </w:r>
      <w:r>
        <w:t>Suma va fi achitată prin transfer bancar în contul Beneficiarului indicat în prezentul contract.</w:t>
        <w:br/>
        <w:br/>
      </w:r>
      <w:r>
        <w:t>și/sau</w:t>
        <w:br/>
        <w:br/>
      </w:r>
      <w:r>
        <w:t>☐ bunuri materiale, constând în:</w:t>
        <w:br/>
      </w:r>
      <w:r>
        <w:t>____________________________________________________________________</w:t>
        <w:br/>
      </w:r>
      <w:r>
        <w:t>____________________________________________________________________</w:t>
        <w:br/>
      </w:r>
      <w:r>
        <w:t>Valoarea totală a bunurilor la momentul predării: __________________ lei.</w:t>
      </w:r>
    </w:p>
    <w:p>
      <w:pPr>
        <w:spacing w:after="40" w:line="240" w:lineRule="auto"/>
      </w:pPr>
      <w:r>
        <w:t>În cazul sponsorizării în bunuri, acestea se evaluează la valoarea lor reală din momentul predării către Beneficiar.</w:t>
      </w:r>
    </w:p>
    <w:p>
      <w:pPr>
        <w:pStyle w:val="Heading1"/>
        <w:spacing w:after="40" w:line="240" w:lineRule="auto"/>
      </w:pPr>
      <w:r>
        <w:t>3. Durata și efectuarea sponsorizării</w:t>
      </w:r>
    </w:p>
    <w:p>
      <w:pPr>
        <w:spacing w:after="40" w:line="240" w:lineRule="auto"/>
      </w:pPr>
      <w:r>
        <w:t>Prezentul contract produce efecte de la data semnării de către ambele părți până la îndeplinirea obligațiilor asumate.</w:t>
      </w:r>
    </w:p>
    <w:p>
      <w:pPr>
        <w:spacing w:after="40" w:line="240" w:lineRule="auto"/>
      </w:pPr>
      <w:r>
        <w:t>Sponsorizarea va fi efectuată până la data de __________________.</w:t>
      </w:r>
    </w:p>
    <w:p>
      <w:pPr>
        <w:spacing w:after="40" w:line="240" w:lineRule="auto"/>
      </w:pPr>
      <w:r>
        <w:t>În cazul bunurilor materiale, predarea și primirea acestora se vor consemna printr-un document de predare-primire.</w:t>
      </w:r>
    </w:p>
    <w:p>
      <w:pPr>
        <w:pStyle w:val="Heading1"/>
        <w:spacing w:after="40" w:line="240" w:lineRule="auto"/>
      </w:pPr>
      <w:r>
        <w:t>4. Obligațiile Sponsorului</w:t>
      </w:r>
    </w:p>
    <w:p>
      <w:pPr>
        <w:spacing w:after="40" w:line="240" w:lineRule="auto"/>
      </w:pPr>
      <w:r>
        <w:t>a) să acorde sponsorizarea în forma, valoarea și termenul stabilite prin prezentul contract;</w:t>
      </w:r>
    </w:p>
    <w:p>
      <w:pPr>
        <w:spacing w:after="40" w:line="240" w:lineRule="auto"/>
      </w:pPr>
      <w:r>
        <w:t>b) să furnizeze informațiile și documentele necesare executării contractului, atunci când este cazul.</w:t>
      </w:r>
    </w:p>
    <w:p>
      <w:pPr>
        <w:pStyle w:val="Heading1"/>
        <w:spacing w:after="40" w:line="240" w:lineRule="auto"/>
      </w:pPr>
      <w:r>
        <w:t>5. Obligațiile Beneficiarului</w:t>
      </w:r>
    </w:p>
    <w:p>
      <w:pPr>
        <w:spacing w:after="40" w:line="240" w:lineRule="auto"/>
      </w:pPr>
      <w:r>
        <w:t>a) să utilizeze sponsorizarea pentru susținerea activităților și obiectivelor sale fără scop lucrativ;</w:t>
      </w:r>
    </w:p>
    <w:p>
      <w:pPr>
        <w:spacing w:after="40" w:line="240" w:lineRule="auto"/>
      </w:pPr>
      <w:r>
        <w:t>b) să înregistreze sponsorizarea potrivit prevederilor legale aplicabile;</w:t>
      </w:r>
    </w:p>
    <w:p>
      <w:pPr>
        <w:spacing w:after="40" w:line="240" w:lineRule="auto"/>
      </w:pPr>
      <w:r>
        <w:t>c) să furnizeze Sponsorului, la cerere, documentele justificative care îi revin Beneficiarului în legătură cu sponsorizarea.</w:t>
      </w:r>
    </w:p>
    <w:p>
      <w:pPr>
        <w:pStyle w:val="Heading1"/>
        <w:spacing w:after="40" w:line="240" w:lineRule="auto"/>
      </w:pPr>
      <w:r>
        <w:t>6. Aducerea la cunoștința publicului</w:t>
      </w:r>
    </w:p>
    <w:p>
      <w:pPr>
        <w:spacing w:after="40" w:line="240" w:lineRule="auto"/>
      </w:pPr>
      <w:r>
        <w:t>Beneficiarul poate aduce la cunoștința publicului sponsorizarea prin promovarea numelui, mărcii sau imaginii Sponsorului, în limitele și condițiile prevăzute de Legea nr. 32/1994.</w:t>
      </w:r>
    </w:p>
    <w:p>
      <w:pPr>
        <w:spacing w:after="40" w:line="240" w:lineRule="auto"/>
      </w:pPr>
      <w:r>
        <w:t>Părțile vor evita orice formă de publicitate comercială incompatibilă cu regimul legal al sponsorizării.</w:t>
      </w:r>
    </w:p>
    <w:p>
      <w:pPr>
        <w:pStyle w:val="Heading1"/>
        <w:spacing w:after="40" w:line="240" w:lineRule="auto"/>
      </w:pPr>
      <w:r>
        <w:t>7. Încetarea contractului</w:t>
      </w:r>
    </w:p>
    <w:p>
      <w:pPr>
        <w:spacing w:after="40" w:line="240" w:lineRule="auto"/>
      </w:pPr>
      <w:r>
        <w:t>Contractul încetează:</w:t>
      </w:r>
    </w:p>
    <w:p>
      <w:pPr>
        <w:spacing w:after="40" w:line="240" w:lineRule="auto"/>
      </w:pPr>
      <w:r>
        <w:t>a) prin îndeplinirea obligațiilor asumate de părți;</w:t>
      </w:r>
    </w:p>
    <w:p>
      <w:pPr>
        <w:spacing w:after="40" w:line="240" w:lineRule="auto"/>
      </w:pPr>
      <w:r>
        <w:t>b) prin acordul scris al părților;</w:t>
      </w:r>
    </w:p>
    <w:p>
      <w:pPr>
        <w:spacing w:after="40" w:line="240" w:lineRule="auto"/>
      </w:pPr>
      <w:r>
        <w:t>c) în celelalte cazuri prevăzute de lege.</w:t>
      </w:r>
    </w:p>
    <w:p>
      <w:pPr>
        <w:pStyle w:val="Heading1"/>
        <w:spacing w:after="40" w:line="240" w:lineRule="auto"/>
      </w:pPr>
      <w:r>
        <w:t>8. Dispoziții finale</w:t>
      </w:r>
    </w:p>
    <w:p>
      <w:pPr>
        <w:spacing w:after="40" w:line="240" w:lineRule="auto"/>
      </w:pPr>
      <w:r>
        <w:t>Orice modificare a prezentului contract se va face prin acordul scris al ambelor părți.</w:t>
      </w:r>
    </w:p>
    <w:p>
      <w:pPr>
        <w:spacing w:after="40" w:line="240" w:lineRule="auto"/>
      </w:pPr>
      <w:r>
        <w:t>Eventualele neînțelegeri se vor soluționa pe cale amiabilă, iar dacă acest lucru nu este posibil, de instanțele competente potrivit legii române.</w:t>
      </w:r>
    </w:p>
    <w:p>
      <w:pPr>
        <w:spacing w:after="40" w:line="240" w:lineRule="auto"/>
      </w:pPr>
      <w:r>
        <w:t>Prezentul contract a fost încheiat astăzi, __________________, în două exemplare, câte unul pentru fiecare parte.</w:t>
      </w:r>
    </w:p>
    <w:p>
      <w:pPr>
        <w:spacing w:after="4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986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 w:line="240" w:lineRule="auto"/>
            </w:pPr>
            <w:r>
              <w:rPr>
                <w:b/>
                <w:sz w:val="19"/>
              </w:rPr>
              <w:t>SPONSOR</w:t>
              <w:br/>
            </w:r>
            <w:r>
              <w:rPr>
                <w:sz w:val="19"/>
              </w:rPr>
              <w:br/>
              <w:t>Denumire: __________________________</w:t>
              <w:br/>
            </w:r>
            <w:r>
              <w:rPr>
                <w:sz w:val="19"/>
              </w:rPr>
              <w:t>Reprezentant: ______________________</w:t>
              <w:br/>
              <w:br/>
            </w:r>
            <w:r>
              <w:rPr>
                <w:sz w:val="19"/>
              </w:rPr>
              <w:t>Semnătură: _________________________</w:t>
            </w:r>
          </w:p>
        </w:tc>
        <w:tc>
          <w:tcPr>
            <w:tcW w:type="dxa" w:w="4986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 w:line="240" w:lineRule="auto"/>
            </w:pPr>
            <w:r>
              <w:rPr>
                <w:b/>
                <w:sz w:val="19"/>
              </w:rPr>
              <w:t>BENEFICIAR</w:t>
              <w:br/>
            </w:r>
            <w:r>
              <w:rPr>
                <w:sz w:val="19"/>
              </w:rPr>
              <w:br/>
              <w:t>ASOCIAȚIA SPORTIVĂ LUPII HOCHEIULUI PE GHEAȚĂ</w:t>
              <w:br/>
            </w:r>
            <w:r>
              <w:rPr>
                <w:sz w:val="19"/>
              </w:rPr>
              <w:t>Reprezentată legal prin Tatiana Diaconu</w:t>
              <w:br/>
              <w:br/>
            </w:r>
            <w:r>
              <w:rPr>
                <w:sz w:val="19"/>
              </w:rPr>
              <w:t>Semnătură: 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ASOCIAȚIA SPORTIVĂ LUPII HOCHEIULUI PE GHEAȚĂ • CUI 54787663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